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גלגלו ולמדו: מרכזי למידה עם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נכון במושגי הלשון הבסיסיים: חלקי דיבר, שורש וזמני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אסטרטגיות הבנת הנקרא לפני, בזמן ואחרי קריאת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פתיחה והמשך לסיפור מקורי לפי רכיבים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ולתרגל שימוש נכון בסימני פיסוק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לשון: חלקי דיבר, שורש וזמני הפועל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לימון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לשון: חלקי דיבר, שורש וזמני הפועל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ילמד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לשון: חלקי דיבר, שורש וזמני הפועל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השמלה ירוקה (שם תואר) / הדשא הוריק בגינה (פועל).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 שורש ל.מ.ד: למד (פועל), תלמיד (שם עצם), לימוד (שם עצם).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סיפור קצר עם שלושה פעלים בזמנים שונים, מסומנים בקו תחתי.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שורש הוא שלוש אותיות הבסיס; משפחת מילים היא כל המילים שנבנו מאותו שורש, למשל ש.מ.ר: שמר, שומר, משמר.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סימני פיסוק בשימוש – זיהוי סימני פיסוק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סימן 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סימני פיסוק בשימוש – כללי 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הפסיק מפריד בין פריטים ברשימה ובין חלקים שונים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סימן הקריאה מביע רגש חזק, פקודה או קריאה - לא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סימני פיסוק בשימוש – שימוש נכון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פסיק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להשתמש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סימני פיסוק בשימוש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(נקודה)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(סימן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(סימן 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(פסיק)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הבנת הנקרא: לפני, בזמן ואחרי הקריאה – מכירים את הלוחות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לפני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עוצרים, מסכמים, שואלים ומדמיינים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הבנת הנקרא: לפני, בזמן ואחרי הקריאה – שלבי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הבנת הנקרא: לפני, בזמן ואחרי הקריאה – מתאימים והוגים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(תחזית על תוכן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(עצירה, סיכום ודמיון)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(הבעת דעה וקישור לחיים)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(שאלות ברמות חשיבה שונות)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קריאה בקול ושטף – זיהוי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קצב, דיוק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לקרוא את המילים נכון בלי טעויות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להשתמש בטון ובדגשים שמתאימים לתוכן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קריאה בקול ושטף – תרגול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שטף הוא קצב נכון ומתאים, לא מהירות מקסימלית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תרגול חוזר מחזק דיוק, קצב והבעה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קריאה בקול ושטף – הרכבה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שגיאות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חוזרת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קריאה בקול ושטף – חיבור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(קריאת אותו קטע כמה פעמים ברציפות)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(סימון מילים שהוקראו לא נכון כדי לתרגל אותן 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(חבר אחד קורא וחברו מקשיב ומעיר)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(לא מהר מדי ולא לאט מדי)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כתיבה יצירתית: בונים סיפור בקוביות – היכרות עם שני הלוחות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פתיחת סיפור: דמות, מקום ובעיה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המשך הסיפור: זמן, חפץ, 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כתיבה יצירתית: בונים סיפור בקוביות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הלוח: כתיבת פתיחת סיפור מתוך שלוש הגרלות.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הלוח עוסק בבניית אמצע וסוף לסיפור: זמן, חפץ משמעותי ופתרון.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כתיבה יצירתית: בונים סיפור בקוביות – משלימים את היסודות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כתיבה יצירתית: בונים סיפור בקוביות – באיזה לוח מגרילים את זה?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(מוגרלת בלוח הראשון – פתיחת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(מוגרלת בלוח הראשון – פתיחת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(מוגרל בלוח השני – המשך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(מוגרל בלוח השני – המשך הסיפור)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אוצר מילים ועברית יומיומית – מכירים את הלוחות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הלוח כולל נרדפות, הפכים, ביטויים והגדרות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הלוח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הלוח מתאים ליסודי, לחט"ב ולתיכון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הלוח מסומן גם עבור חט"ב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נכון שורש בן שלוש אותיות ומוסיף עוד מילה אחת לפחות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הסיכום כולל את הרעיון המרכזי במשפט אחד או שניים, ללא פרטים מיותרים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הסיפור כולל את כל ארבעת הרכיבים: דמות, מקום, בעיה ופתרון, בסדר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לכמה שיעורים – פרק אחד או שניים בכל פעם, במקום להעביר הכול בבת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כל פרק כדאי להטיל את הקובייה המתאימה באתר כדי לרענן את המושגים בעל פה לפני הכתיבה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שזקוקים להתאמה אפשר להציע רק את העמודה הירוקה (הבסיסית) בכל תרגיל, ולתלמידים מתקדמים את העמודה האדומה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או בקבוצות קטנות ולהחליף תפקידים בכל סבב, כמו בעבודה עם תחנות למידה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גלגלו ולמדו: מרכזי למידה עם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תרגלו את הנושאים שמופיעים בלוחות הקוביה של האתר: לשון, הבנת הנקרא, קריאה בקול, כתיבת סיפור ואוצר מילים. אפשר לעבוד לבד או בזוגות, ובכל פרק לבחור את רמת הקושי המתאימה לכם.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לשון: חלקי דיבר, שורש וזמני הפועל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חלק דיבר שייכת המילה "רץ" במשפט: "הילד רץ מהר"?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השורש של המילה "כתיבה"?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שייכת למשפחת המילים של השורש ש.מ.ר?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זמן נטוי הפועל "יכתוב"?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מהמילים הבאות שייכת לשורש שונה מהשאר?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לימון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לשון: חלקי דיבר, שורש וזמני הפועל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"__________" היא שם תואר במשפט: "הכלבה הקטנה ישנה על השטיח."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של המילה "התלבשות"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כתבו מילה אחת ממשפחת המילים של השורש כ.ת.ב שאינה הפועל "כתב":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השלימו את הפועל "ללמוד" בזמן עתיד, גוף הוא: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לשון: חלקי דיבר, שורש וזמני הפועל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שבו המילה "ירוק" משמשת שם תואר, ומשפט נוסף שבו נגזרת שלה משמשת פועל.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שורש בן שלוש אותיות וכתבו שלוש מילים שונות ממשפחתו, כך שתהיה ביניהן גם פועל וגם שם עצם.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סיפור קצר של 2–3 משפטים שבו יופיעו פועל בעבר, פועל בהווה ופועל בעתיד. סמנו את הפעלים בקו.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במילים שלכם מה ההבדל בין שורש לבין משפחת מילים, ותנו דוגמה אחת משלכם.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סימני פיסוק בשימוש – זיהוי סימני פיסוק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סימן פיסוק מסיים משפט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סימן פיסוק מסיים משפט רגיל (משפט חיווי)?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סימן פיסוק מבטא רגש חזק כמו שמחה, כעס או הפתעה?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פסיק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סימני פיסוק בשימוש – כללי בסיס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הפסיק משמש להפרדה בין פריטים ברשימה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הקריאה משמש לשאלה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סימני פיסוק בשימוש – שימוש נכון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משפט שמבקש מידע או תשובה מסתיים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כשפונים למישהו בתוך משפט, למשל 'רותי, בואי הנה', משתמשים לפני השם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בלוח המשימות של סימני הפיסוק, הרמה הירוקה מבקשת לגלות סימנים בטקסט, והרמה האדומה מבקשת __________ אותם נכון בכתיבה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סימני פיסוק בשימוש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משפט חיווי (מספר עובדה)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סימן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משפט שמבקש מידע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פסיק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משפט שמביע רגש חזק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נקודה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הפרדה בין פריטים ברשימה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סימן קריאה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הבנת הנקרא: לפני, בזמן ואחרי הקריאה – מכירים את הלוחות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לוח מפעילים ידע קודם ועושים תחזית על הטקסט לפני שקוראים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בזמן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בלוח 'בזמן הקריאה'?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עוצרים, מסכמים, שואלים ומדמיינים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סיום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מתרגלים ניקוד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פותרים תרגילי 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שורות משימות יש בכל לוח קוביה (לפי מספרי הקובייה)?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הבנת הנקרא: לפני, בזמן ואחרי הקריאה – שלבי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קריאת טקסט אפשר להפעיל __________ קודם ולנחש במה יעסוק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בזמן הקריאה אפשר לעצור באמצע ול__________ את מה שקראנו עד עכשיו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בלוח המשימות יש שלוש עמודות, וכל עמודה מייצגת __________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הקריאה אפשר להביע __________ אישית על הטקסט ולא רק לסכם אותו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הבנת הנקרא: לפני, בזמן ואחרי הקריאה – מתאימים והוגים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לפני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הבעת דעה וקישור לחיים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בזמן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שאלות ברמות חשיבה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אחרי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עצירה, סיכום ודמיון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מילות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תחזית על תוכן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קריאה בקול ושטף – זיהוי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שלושת המרכיבים העיקריים שבודקים בקריאה שוטפת?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קצב, דיוק והבעה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גובה, משקל וצבע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אורך המשפט ומספר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הספר והמחבר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הכוונה במילה "דיוק" כשקוראים טקסט בקול?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לקרוא הכי מהר שאפשר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לקרוא את המילים נכון בלי טעויות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בקול רם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לדלג על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הכוונה במילה "הבעה" בקריאה בקול?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לקרוא בלי שום הפסקות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להשתמש בטון ובדגשים שמתאימים לתוכן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לקרוא בלחש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לקרוא רק משפטי 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קריאה בקול ושטף – תרגול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שוטפת פירושה לקרוא כמה שיותר מהר בלי לעצור בכלל.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אותו קטע קריאה כמה פעמים יכולה לשפר את השטף.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קריאה בקול ושטף – הרכבה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כשחברים לומדים בזוגות, אחד קורא בקול והשני מקשיב ומסמן מילים שהיו בהן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לשפר שטף, קוראים את אותו הקטע יותר מפעם אחת – תהליך שנקרא קריאה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קריאה בקול ושטף – חיבור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קריאה חוזרת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מהר מדי ולא לאט מדי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מעקב אחרי שגיאות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חבר אחד קורא וחברו מקשיב ומעיר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קריאה בזוגות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קריאת אותו קטע כמה פעמים ברציפות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קצב קבוע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סימון מילים שהוקראו לא נכון כדי לתרגל אותן 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כתיבה יצירתית: בונים סיפור בקוביות – היכרות עם שני הלוחות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בלוח "סיפור בקוביות" מגרילים שלוש פעמים כדי ליצור...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פתיחת סיפור: דמות, מקום ובעיה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סיום שיר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טבלת 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שם הלוח שממשיך ומסיים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בקוביות: דמות, מקום,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המשך הסיפור: זמן, חפץ, 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קוביית צלילי הניקוד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מילות קישור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כתיבה יצירתית: בונים סיפור בקוביות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הראשון מגרילים דמות, מקום ובעיה כדי לכתוב את פתיחת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הלוח "המשך הסיפור" עוסק רק בבחירת שם לדמות.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כתיבה יצירתית: בונים סיפור בקוביות – משלימים את היסודות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בלוח הראשון מגרילים דמות, מקום ו-__________.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בלוח השני מגרילים זמן, חפץ משמעותי ו-__________.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כתיבה יצירתית: בונים סיפור בקוביות – באיזה לוח מגרילים את זה?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מוגרל בלוח השני – המשך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בעיה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מוגרל בלוח השני – המשך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מוגרלת בלוח הראשון – פתיחת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פתרון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מוגרלת בלוח הראשון – פתיחת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אוצר מילים ועברית יומיומית – מכירים את הלוחות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אוצר מילים בקוביות עוסק בין השאר במילים נרדפות ומילים הפוכות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עברית לעולים חדשים מתרגל אוצר מילים ושיחה יומיומית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אוצר מילים מתאים רק לתלמידי 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עברית לעולים חדשים מתאים גם לתלמידי חטיבת ביניים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 זה שורש ולמצוא אותו במילה חדשה?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לכתוב סיכום קצר של טקסט ולומר מה הרעיון המרכזי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לכתוב פתיחה והמשך לסיפור עם דמות, מקום, בעיה ופתרון?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גלגלו ולמדו: מרכזי למידה עם קוביות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