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במושגי הלשון הבסיסיים: חלקי דיבר, שורש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הבנת הנקרא לפני, בזמן ואחרי קריאת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מקורי לפי רכיבים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שימוש נכון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חלקי דיבר, שורש וזמני 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לימון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חלקי דיבר, שורש וזמני הפועל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חלקי דיבר, שורש וזמני הפועל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השמלה ירוקה (שם תואר) / הדשא הוריק בגינה (פועל).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 שורש ל.מ.ד: למד (פועל), תלמיד (שם עצם), לימוד (שם עצם).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עם שלושה פעלים בזמנים שונים, מסומנים בקו תחתי.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 הוא שלוש אותיות הבסיס; משפחת מילים היא כל המילים שנבנו מאותו שורש, למשל ש.מ.ר: שמר, שומר, משמר.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סימני פיסוק בשימוש – זיהוי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סימני פיסוק בשימוש – כללי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הפסיק מפריד בין פריטים ברשימה ובין חלקים שונים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הקריאה מביע רגש חזק, פקודה או קריאה - לא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סימני פיסוק בשימוש – שימוש נכון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סימני פיסוק בשימוש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(נקודה)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(סימן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הבנת הנקרא: לפני, בזמן ואחרי הקריאה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מסכמים, שואלים ומדמיינים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הנקרא: לפני, בזמן ואחרי הקריאה –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הנקרא: לפני, בזמן ואחרי הקריאה – מתאימים והוגים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(תחזית על תוכן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(עצירה, סיכום ודמיון)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(שאלות ברמות חשיבה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קריאה בקול ושטף – זיהוי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את המילים נכון בלי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להשתמש בטון ובדגשים שמתאימים לתוכן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קריאה בקול ושטף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הוא קצב נכון ומתאים, לא מהירות מקסימלית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מחזק דיוק, קצב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בקול ושטף – הרכבה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בקול ושטף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(קריאת אותו קטע כמה פעמים ברציפות)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(סימון מילים שהוקראו לא נכון כדי לתרגל אותן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(חבר אחד קורא וחברו מקשיב ומעיר)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מהר מדי ולא לאט מדי)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יצירתית: בונים סיפור בקוביות – היכרות עם שני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פתיחת סיפור: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המשך הסיפור: זמן, חפץ,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יצירתית: בונים סיפור בקוביות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הלוח: כתיבת פתיחת סיפור מתוך שלוש הגרלות.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עוסק בבניית אמצע וסוף לסיפור: זמן, חפץ משמעותי ופתרון.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יצירתית: בונים סיפור בקוביות – משלימים את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יצירתית: בונים סיפור בקוביות – באיזה לוח מגרילים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(מוגרלת בלוח הראשון –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(מוגרלת בלוח הראשון –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(מוגרל בלוח השני – המשך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(מוגרל בלוח השני – המשך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אוצר מילים ועברית יומיומית – מכירים את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כולל נרדפות, הפכים, ביטויים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הלוח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מתאים ליסודי, לחט"ב ולתיכון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הלוח מסומן גם עבור חט"ב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שורש בן שלוש אותיות ומוסיף עוד מילה אחת לפחות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הסיכום כולל את הרעיון המרכזי במשפט אחד או שניים,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את כל ארבעת הרכיבים: דמות, מקום, בעיה ופתרון,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או שניים בכל פעם, במקום להעביר הכול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להטיל את הקובייה המתאימה באתר כדי לרענן את המושגים בעל פה לפני הכתיבה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להתאמה אפשר להציע רק את העמודה הירוקה (הבסיסית) בכל תרגיל, ולתלמידים מתקדמים את העמודה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או בקבוצות קטנות ולהחליף תפקידים בכל סבב, כמו בעבודה עם תחנות למידה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תרגילים על לשון, הבנה, קריאה, כתיבה ומילים. אפשר לעבוד לבד או עם חבר. בכל פרק בוחרים רמה.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מילים לפי תפקיד: שם עצם, פועל, שם תואר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זמני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ועתיד – מתי קרתה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נקודה, פסיק, סימן שאלה, סימן קריאה – מסמנים איך לקרוא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אסטרטגיית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שעוזרת להבין טקסט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הנקודה החשובה ביותר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בקצב נכון, בדיוק ובהבעה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בעלות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בעלות משמעות הפוכה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חלקי דיבר, שורש וזמני 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המילה "רץ"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את שלוש האותיות המרכזיות של המילה "כתיבה"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למילה "שמר"?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קורית הפעולה "יכתוב"?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המילה שלא שייכת לאותה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חלקי דיבר, שורש וזמני הפועל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"__________" היא שם תואר במשפט: "הכלבה הקטנה ישנה על השטיח."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"התלבשות"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כתבו מילה אחת ממשפחת המילים של השורש כ.ת.ב שאינה הפועל "כתב":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את הפועל "ללמוד" בזמן עתיד, גוף הוא: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חלקי דיבר, שורש וזמני הפועל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המילה "ירוק" משמשת שם תואר, ומשפט נוסף שבו נגזרת שלה משמשת 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שורש בן שלוש אותיות וכתבו שלוש מילים שונות ממשפחתו, כך שתהיה ביניהן גם פועל וגם שם עצם.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סיפור קצר של 2–3 משפטים שבו יופיעו פועל בעבר, פועל בהווה ופועל בעתיד. סמנו את הפעלים בקו.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מה ההבדל בין שורש לבין משפחת מילים, ותנו דוגמה אחת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סימני פיסוק בשימוש – זיהוי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סימן מסתיים משפט ששואלים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שמים בסוף משפט שמספר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שמים כשמתרגשים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סימני פיסוק בשימוש – כללי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הפסיק משמש להפרדה בין פריטים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הקריאה משמש לשאלה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סימני פיסוק בשימוש – שימוש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שמבקש מידע או תשובה מסתיים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כשפונים למישהו בתוך משפט, למשל 'רותי, בואי הנה', משתמשים לפני השם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המשימות של סימני הפיסוק, הרמה הירוקה מבקשת לגלות סימנים בטקסט, והרמה האדומה מבקשת __________ אותם נכון בכתיבה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סימני פיסוק בשימוש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חיווי (מספר עובדה)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שמבקש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משפט שמביע רגש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הפרדה בין פריטים ברשימה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הבנת הנקרא: לפני, בזמן ואחרי הקריאה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שלב מנחשים במה יעסוק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תוך כדי הקריאה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עוצרים, מסכמים, שואלים ומדמיינים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סיום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מתרגלים ניקוד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תרגילי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שורות יש בלוח אחד, לפי הקובייה?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הבנת הנקרא: לפני, בזמן ואחרי הקריאה –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טקסט אפשר להפעיל __________ קודם ולנחש במה יעסוק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הקריאה אפשר לעצור באמצע ול__________ את מה שקראנו עד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המשימות יש שלוש עמודות, וכל עמודה מייצגת __________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הקריאה אפשר להביע __________ אישית על הטקסט ולא רק לסכם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הבנת הנקרא: לפני, בזמן ואחרי הקריאה – מתאימים והוגים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ברמות חשיבה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תחזית על תוכן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עצירה, סיכום ודמיון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הבעת דעה וקישור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קריאה בקול ושטף – זיהוי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כשרוצים לדעת אם קריאה בקול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גובה, משקל וצבע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המשפט ומספר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 והמחבר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'דיוק'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הכי מהר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המילים נכון בלי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'הבעה' כשקוראים?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בלי שום 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בטון ובדגשים שמתאימים לתוכן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בלחש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רק משפטי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קריאה בקול ושטף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שוטפת פירושה לקרוא כמה שיותר מהר בלי לעצור בכלל.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אותו קטע קריאה כמה פעמים יכולה לשפר את השטף.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קריאה בקול ושטף – הרכבה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כשחברים לומדים בזוגות, אחד קורא בקול והשני מקשיב ומסמן מילים שהיו בהן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לשפר שטף, קוראים את אותו הקטע יותר מפעם אחת – תהליך שנקרא קריאה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קריאה בקול ושטף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קריאה חוזרת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סימון מילים שהוקראו לא נכון כדי לתרגל אותן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מעקב אחרי שגיאות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 אחד קורא וחברו מקשיב ומעיר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מהר מדי ולא לאט מדי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קצב קבוע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קריאת אותו קטע כמה פעמים ברציפות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יצירתית: בונים סיפור בקוביות – היכרות עם שני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בונים בלוח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סיפור: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סיום 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טבלת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ללוח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בקוביות: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המשך הסיפור: זמן, חפץ,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קוביית צלילי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קישור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יצירתית: בונים סיפור בקוביות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הראשון מגרילים דמות, מקום ובעיה כדי לכתוב את פתיחת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"המשך הסיפור" עוסק רק בבחירת שם לדמות.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יצירתית: בונים סיפור בקוביות – משלימים את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הראשון מגרילים דמות, מקום ו-__________.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השני מגרילים זמן, חפץ משמעותי ו-__________.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כתיבה יצירתית: בונים סיפור בקוביות – באיזה לוח מגרילים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מוגרל בלוח השני – המשך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מוגרלת בלוח הראשון – פתיחת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מוגרל בלוח השני – המשך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מוגרלת בלוח הראשון –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אוצר מילים ועברית יומיומית – מכירים את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אוצר מילים בקוביות עוסק בין השאר במילים נרדפות ומילים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עברית לעולים חדשים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אוצר מילים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עברית לעולים חדשים מתאים גם לתלמידי חטיבת 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שורש ולמצוא אותו במילה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סיכום קצר של טקסט ולומר מה הרעיון המרכזי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פתיחה והמשך לסיפור עם דמות, מקום, בעיה ופתרון?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