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במושגי הלשון הבסיסיים: חלקי דיבר, שורש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הבנת הנקרא לפני, בזמן ואחרי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מקורי לפי רכיבים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שימוש נכון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חלקי דיבר, שורש וזמני 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חלקי דיבר, שורש וזמני הפועל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חלקי דיבר, שורש וזמני הפועל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השמלה ירוקה (שם תואר) / הדשא הוריק בגינה (פועל).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שורש ל.מ.ד: למד (פועל), תלמיד (שם עצם), לימוד (שם עצם).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סימני פיסוק בשימוש – זיהוי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סימני פיסוק בשימוש – כללי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פריטים ברשימה ובין חלקים שונים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הקריאה מביע רגש חזק, פקודה או קריאה - 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סימני פיסוק בשימוש – שימוש נכון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סימני פיסוק בשימוש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(נקודה)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(סימן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הבנת הנקרא: לפני, בזמן ואחרי הקריאה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מסכמים, שואלים ומדמיינים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הנקרא: לפני, בזמן ואחרי הקריאה –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הנקרא: לפני, בזמן ואחרי הקריאה – מתאימים והוגים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(תחזית על תוכן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(עצירה, סיכום ודמיון)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(שאלות ברמות חשיבה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קריאה בקול ושטף – זיהוי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את המילים נכון בלי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קריאה בקול ושטף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הוא קצב נכון ומתאים, לא מהירות מקסימלית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מחזק דיוק, קצב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בקול ושטף – הרכבה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בקול ושטף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(קריאת אותו קטע כמה פעמים ברציפות)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(סימון מילים שהוקראו לא נכון כדי לתרגל אותן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(חבר אחד קורא וחברו מקשיב ומעיר)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מהר מדי ולא לאט מדי)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בונים סיפור בקוביות – היכרות עם שני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פתיחת סיפור: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המשך הסיפור: זמן, חפץ,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בונים סיפור בקוביות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הלוח: כתיבת פתיחת סיפור מתוך שלוש הגרלות.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עוסק בבניית אמצע וסוף לסיפור: זמן, חפץ משמעותי ופתרון.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יצירתית: בונים סיפור בקוביות – משלימים את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יצירתית: בונים סיפור בקוביות – באיזה לוח מגרילים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(מוגרלת בלוח הראשון –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(מוגרלת בלוח הראשון – פתיחת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אוצר מילים ועברית יומיומית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כולל נרדפות, הפכים, ביטויים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הלוח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מתאים ליסודי, לחט"ב ולתיכון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שורש בן שלוש אותיות ומוסיף עוד מילה אחת לפחות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כולל את הרעיון המרכזי במשפט אחד או שניים,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את כל ארבעת הרכיבים: דמות, מקום, בעיה ופתרון,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או שניים בכל פעם, במקום להעביר הכול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להטיל את הקובייה המתאימה באתר כדי לרענן את המושגים בעל פה לפני הכתיבה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להתאמה אפשר להציע רק את העמודה הירוקה (הבסיסית) בכל תרגיל, ולתלמידים מתקדמים את העמודה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ולהחליף תפקידים בכל סבב, כמו בעבודה עם תחנות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תרגלו את הנושאים שמופיעים בלוחות הקוביה של האתר: לשון, הבנת הנקרא, קריאה בקול, כתיבת סיפור ואוצר מילים. אפשר לעבוד לבד או בזוגות, ובכל פרק לבחור את רמת הקושי המתאימה 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רמה  ·  חוזרת  ·  סימן שאלה  ·  לבש  ·  פתרון  ·  בעיה  ·  קטנה  ·  לסכם  ·  שגיאות  ·  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לשון: חלקי דיבר, שורש וזמני 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דיבר שייכת המילה "רץ" במשפט: "הילד רץ 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למשפחת המילים של השורש ש.מ.ר?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לשון: חלקי דיבר, שורש וזמני הפועל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"__________" היא שם תואר במשפט: "הכלבה הקטנה ישנה על השטיח."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"התלבשות"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לשון: חלקי דיבר, שורש וזמני הפועל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המילה "ירוק" משמשת שם תואר, ומשפט נוסף שבו נגזרת שלה משמשת 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שורש בן שלוש אותיות וכתבו שלוש מילים שונות ממשפחתו, כך שתהיה ביניהן גם פועל וגם 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סימני פיסוק בשימוש – זיהוי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סימן פיסוק מסיים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סימן פיסוק מסיים משפט רגיל (משפט חיווי)?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סימני פיסוק בשימוש – כללי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הקריאה משמש לשאלה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סימני פיסוק בשימוש – שימוש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משפט שמבקש מידע או תשובה מסתיים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סימני פיסוק בשימוש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 חיווי (מספר עובדה)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סימן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משפט שמבקש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משפט שמביע רגש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הפרדה בין פריטים ברשימה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נקודה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הבנת הנקרא: לפני, בזמן ואחרי הקריאה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לוח מפעילים ידע קודם ועושים תחזית על הטקסט לפני שקוראים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בלוח 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עוצרים, מסכמים, שואלים ומדמיינים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סיום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מתרגלים ניקוד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הבנת הנקרא: לפני, בזמן ואחרי הקריאה –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קריאת טקסט אפשר להפעיל __________ קודם ולנחש במה יעסוק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בזמן הקריאה אפשר לעצור באמצע ול__________ את מה שקראנו עד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בלוח המשימות יש שלוש עמודות, וכל עמודה מייצגת __________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הבנת הנקרא: לפני, בזמן ואחרי הקריאה – מתאימים והוגים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עצירה, סיכום ודמיון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תחזית על תוכן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שאלות ברמות חשיבה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הבעת דעה וקישור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קריאה בקול ושטף – זיהוי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שלושת המרכיבים העיקריים שבודקים בקריאה שוטפת?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גובה, משקל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המשפט ומספר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במילה "דיוק" כשקוראים טקסט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לקרוא הכי מהר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את המילים נכון בלי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בקול רם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קריאה בקול ושטף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שוטפת פירושה לקרוא כמה שיותר מהר בלי לעצור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על אותו קטע קריאה כמה פעמים יכולה לשפר את השטף.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קריאה בקול ושטף – הרכבה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כשחברים לומדים בזוגות, אחד קורא בקול והשני מקשיב ומסמן מילים שהיו בהן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לשפר שטף, קוראים את אותו הקטע יותר מפעם אחת – תהליך שנקרא קריאה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קריאה בקול ושטף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קריאה חוזרת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סימון מילים שהוקראו לא נכון כדי לתרגל אותן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מעקב אחרי שגיאות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קריאת אותו קטע כמה פעמים ברציפות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קריאה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מהר מדי ולא לאט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קצב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חבר אחד קורא וחברו מקשיב ומעיר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כתיבה יצירתית: בונים סיפור בקוביות – היכרות עם שני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בלוח "סיפור בקוביות" מגרילים שלוש פעמים כדי ליצור...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פתיחת סיפור: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סיום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שם הלוח שממשיך ומסיים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בקוביות: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המשך הסיפור: זמן, חפץ,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קוביית צלילי הניקוד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כתיבה יצירתית: בונים סיפור בקוביות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הראשון מגרילים דמות, מקום ובעיה כדי לכתוב את פתיחת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 "המשך הסיפור" עוסק רק בבחירת שם לדמות.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כתיבה יצירתית: בונים סיפור בקוביות – משלימים את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הראשון מגרילים דמות, מקום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בלוח השני מגרילים זמן, חפץ משמעותי ו-__________.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כתיבה יצירתית: בונים סיפור בקוביות – באיזה לוח מגרילים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מוגרלת בלוח הראשון – פתיחת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מוגרלת בלוח הראשון –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אוצר מילים ועברית יומיומית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אוצר מילים בקוביות עוסק בין השאר במילים נרדפות ומילים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עברית לעולים חדשים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אוצר מילים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זה שורש ולמצוא אותו במילה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לכתוב סיכום קצר של טקסט ולומר מה הרעיון המרכזי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